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יסודי · רגיל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21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21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יסודי · רגיל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חידות קלות-בינוניות, תמונות גדולות, כוכבים ונקודות, "נסו בעצמכם" בעורך.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22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22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המלח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+ ה + מלח.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השיטה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ה + שיטה (עץ מדבר עם צמרת רחבה).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העמקים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 = "ייבנה" – משהו שעוד ייבנה (מנוף ולבנים). פועל בזמן עתיד!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רמון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(מקום שמסתכלים ממנו, טלסקופ) + רימון (בלי י – רמון).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</w:tbl>
    <w:p>
      <w:pPr>
        <w:bidi w:val="1"/>
        <w:jc w:val="right"/>
      </w:pPr>
    </w:p>
    <w:p>
      <w:r>
        <w:br w:type="page"/>
      </w:r>
    </w:p>
    <w:p>
      <w:bookmarkStart w:id="123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23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24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24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4563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1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4563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6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   ☐☐☐☐</w:t>
      </w:r>
    </w:p>
    <w:p>
      <w:bookmarkStart w:id="125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25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כתבו מה רואים בכל תמונה בחידה 1 ובחידה 2: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חברו מילים ליישוב: כפר + יונה = __________ · בת + ים = __________ · גן + נר = 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26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26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27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27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איזו חידה הייתה הכי קשה לכם? 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כתבו דרך אחת לבנות חידת תמונה.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3. באיזה אזור בארץ נמצא אחד המקומות שפתרתם?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daf-avoda-y-r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