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 w:eastAsia="Arial"/>
          <w:sz w:val="80"/>
          <w:rtl w:val="1"/>
          <w:szCs w:val="80"/>
        </w:rPr>
        <w:t>🗺️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🧩 מקום בארץ – חידות תמונה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52"/>
          <w:rtl w:val="1"/>
          <w:bCs/>
          <w:szCs w:val="52"/>
        </w:rPr>
        <w:t>מזהים את היישוב!</w:t>
      </w:r>
    </w:p>
    <w:p>
      <w:pPr>
        <w:bidi w:val="1"/>
        <w:jc w:val="center"/>
      </w:pPr>
      <w:r>
        <w:rPr>
          <w:rFonts w:ascii="Arial" w:hAnsi="Arial" w:cs="Arial" w:eastAsia="Arial"/>
          <w:color w:val="3A1D99"/>
          <w:sz w:val="26"/>
          <w:rtl w:val="1"/>
          <w:szCs w:val="26"/>
        </w:rPr>
        <w:t>דף עבודה · יסודי · חנ״מ</w:t>
      </w:r>
    </w:p>
    <w:p>
      <w:pPr>
        <w:bidi w:val="1"/>
        <w:jc w:val="center"/>
      </w:pPr>
      <w:r>
        <w:rPr>
          <w:rFonts w:ascii="Arial" w:hAnsi="Arial" w:cs="Arial" w:eastAsia="Arial"/>
          <w:b/>
          <w:color w:val="3A1D99"/>
          <w:sz w:val="32"/>
          <w:rtl w:val="1"/>
          <w:bCs/>
          <w:szCs w:val="32"/>
        </w:rPr>
        <w:t>👩‍🏫 מהדורה למורה + 🧒 דף תלמיד/ה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12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-ed">
        <w:r>
          <w:rPr>
            <w:rFonts w:ascii="Arial" w:hAnsi="Arial" w:cs="Arial"/>
            <w:rtl/>
            <w:color w:val="3A1D99"/>
            <w:u w:val="single"/>
          </w:rPr>
          <w:t xml:space="preserve">• 👩‍🏫 מהדורה למורה</w:t>
        </w:r>
      </w:hyperlink>
    </w:p>
    <w:p>
      <w:pPr>
        <w:bidi w:val="1"/>
        <w:jc w:val="right"/>
      </w:pPr>
      <w:hyperlink w:anchor="t-ans">
        <w:r>
          <w:rPr>
            <w:rFonts w:ascii="Arial" w:hAnsi="Arial" w:cs="Arial"/>
            <w:rtl/>
            <w:color w:val="3A1D99"/>
            <w:u w:val="single"/>
          </w:rPr>
          <w:t xml:space="preserve">• 🔑 תשובות</w:t>
        </w:r>
      </w:hyperlink>
    </w:p>
    <w:p>
      <w:pPr>
        <w:bidi w:val="1"/>
        <w:jc w:val="right"/>
      </w:pPr>
      <w:hyperlink w:anchor="s-ws">
        <w:r>
          <w:rPr>
            <w:rFonts w:ascii="Arial" w:hAnsi="Arial" w:cs="Arial"/>
            <w:rtl/>
            <w:color w:val="3A1D99"/>
            <w:u w:val="single"/>
          </w:rPr>
          <w:t xml:space="preserve">• 🧒 דף התלמיד/ה</w:t>
        </w:r>
      </w:hyperlink>
    </w:p>
    <w:p>
      <w:pPr>
        <w:bidi w:val="1"/>
        <w:jc w:val="right"/>
      </w:pPr>
      <w:hyperlink w:anchor="s-a">
        <w:r>
          <w:rPr>
            <w:rFonts w:ascii="Arial" w:hAnsi="Arial" w:cs="Arial"/>
            <w:rtl/>
            <w:color w:val="3A1D99"/>
            <w:u w:val="single"/>
          </w:rPr>
          <w:t xml:space="preserve">• חלק א׳ – פותרים חידות</w:t>
        </w:r>
      </w:hyperlink>
    </w:p>
    <w:p>
      <w:pPr>
        <w:bidi w:val="1"/>
        <w:jc w:val="right"/>
      </w:pPr>
      <w:hyperlink w:anchor="s-b">
        <w:r>
          <w:rPr>
            <w:rFonts w:ascii="Arial" w:hAnsi="Arial" w:cs="Arial"/>
            <w:rtl/>
            <w:color w:val="3A1D99"/>
            <w:u w:val="single"/>
          </w:rPr>
          <w:t xml:space="preserve">• חלק ב׳ – הלשון של החידה</w:t>
        </w:r>
      </w:hyperlink>
    </w:p>
    <w:p>
      <w:pPr>
        <w:bidi w:val="1"/>
        <w:jc w:val="right"/>
      </w:pPr>
      <w:hyperlink w:anchor="s-c">
        <w:r>
          <w:rPr>
            <w:rFonts w:ascii="Arial" w:hAnsi="Arial" w:cs="Arial"/>
            <w:rtl/>
            <w:color w:val="3A1D99"/>
            <w:u w:val="single"/>
          </w:rPr>
          <w:t xml:space="preserve">• חלק ג׳ – בונים חידה משלכם</w:t>
        </w:r>
      </w:hyperlink>
    </w:p>
    <w:p>
      <w:pPr>
        <w:bidi w:val="1"/>
        <w:jc w:val="right"/>
      </w:pPr>
      <w:hyperlink w:anchor="s-exit">
        <w:r>
          <w:rPr>
            <w:rFonts w:ascii="Arial" w:hAnsi="Arial" w:cs="Arial"/>
            <w:rtl/>
            <w:color w:val="3A1D99"/>
            <w:u w:val="single"/>
          </w:rPr>
          <w:t xml:space="preserve">• 🎫 כרטיס יציאה</w:t>
        </w:r>
      </w:hyperlink>
    </w:p>
    <w:p>
      <w:bookmarkStart w:id="128" w:name="t-ed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👩‍🏫 מהדורה למורה</w:t>
      </w:r>
      <w:bookmarkEnd w:id="128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יסודי · חנ״מ · כ־20–25 דקות עבודה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🎯 מטרות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לזהות יישובים ומקומות בארץ ולמקם אותם על המפה.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להכיר דרכים לבניית מילים ושמות: צירוף, תוספת 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להסביר בכתב ובעל פה את הדרך לפתרון.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♿ התאמות למסלול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חידות קלות, 2 אפשרויות בכפתורים גדולים, 🔊 הקראה בכל משימה, בלי שעון, רמז אוטומטי אחרי 2 ניסיונות.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sz w:val="26"/>
          <w:rtl w:val="1"/>
          <w:bCs/>
          <w:szCs w:val="26"/>
        </w:rPr>
        <w:t>💡 דגשים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לפני הפתרון – אומרים בקול את שם כל תמונה.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משבצות האותיות עוזרות לבדוק: מספר המשבצות = מספר האותיות.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• אפשר לשלב את האתר (חידות, מפה, עורך) על המקרן.</w:t>
      </w:r>
    </w:p>
    <w:p>
      <w:bookmarkStart w:id="129" w:name="t-ans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🔑 תשובות</w:t>
      </w:r>
      <w:bookmarkEnd w:id="129"/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#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משחק המילים</w:t>
            </w:r>
          </w:p>
        </w:tc>
        <w:tc>
          <w:tcPr>
            <w:tcW w:type="dxa" w:w="2551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אזור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גדי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עין (גם: מעיין) + גדי (גור של עז). בשמורה באמת חיים יעלים!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הנגב והערבה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ים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בת + ים.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השרון והמרכז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מגדל העמק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מגדל + ה + עמק.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העמקים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גשר – תמונה אחת, מילה אחת.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הגליל והצפון</w:t>
            </w:r>
          </w:p>
        </w:tc>
      </w:tr>
    </w:tbl>
    <w:p>
      <w:pPr>
        <w:bidi w:val="1"/>
        <w:jc w:val="right"/>
      </w:pPr>
    </w:p>
    <w:p>
      <w:r>
        <w:br w:type="page"/>
      </w:r>
    </w:p>
    <w:p>
      <w:bookmarkStart w:id="130" w:name="s-ws"/>
      <w:pPr>
        <w:pStyle w:val="Heading1"/>
        <w:bidi w:val="1"/>
        <w:jc w:val="right"/>
      </w:pPr>
      <w:r>
        <w:rPr>
          <w:rFonts w:ascii="Arial" w:hAnsi="Arial" w:cs="Arial" w:eastAsia="Arial"/>
          <w:b/>
          <w:sz w:val="36"/>
          <w:rtl w:val="1"/>
          <w:bCs/>
          <w:szCs w:val="36"/>
        </w:rPr>
        <w:t>🧒 מזהים את היישוב!</w:t>
      </w:r>
      <w:bookmarkEnd w:id="130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שם: ____________   כיתה: ________   תאריך: ________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תמונה + תמונה = מקום בארץ. מספר המשבצות = מספר האותיות.</w:t>
      </w:r>
    </w:p>
    <w:p>
      <w:bookmarkStart w:id="131" w:name="s-a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א׳ – פותרים חידות</w:t>
      </w:r>
      <w:bookmarkEnd w:id="131"/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1.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   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פתח תקווהעין גדי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2.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20209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26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   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בת יםראש הנקרה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3.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145636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3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456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☐☐☐☐   ☐☐☐☐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גן נרמגדל העמק</w:t>
      </w:r>
    </w:p>
    <w:p>
      <w:pPr>
        <w:bidi w:val="1"/>
        <w:jc w:val="right"/>
      </w:pPr>
      <w:r>
        <w:rPr>
          <w:rFonts w:ascii="Arial" w:hAnsi="Arial" w:cs="Arial" w:eastAsia="Arial"/>
          <w:b/>
          <w:sz w:val="24"/>
          <w:rtl w:val="1"/>
          <w:bCs/>
          <w:szCs w:val="24"/>
        </w:rPr>
        <w:t>4.  ⭐</w:t>
      </w: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4320000" cy="418909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-48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9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 w:eastAsia="Arial"/>
          <w:color w:val="6C3CE0"/>
          <w:sz w:val="44"/>
          <w:rtl w:val="1"/>
          <w:szCs w:val="44"/>
        </w:rPr>
        <w:t>☐☐☐</w:t>
      </w:r>
    </w:p>
    <w:p>
      <w:pPr>
        <w:bidi w:val="1"/>
        <w:jc w:val="center"/>
      </w:pPr>
      <w:r>
        <w:rPr>
          <w:rFonts w:ascii="Arial" w:hAnsi="Arial" w:cs="Arial" w:eastAsia="Arial"/>
          <w:sz w:val="24"/>
          <w:rtl w:val="1"/>
          <w:szCs w:val="24"/>
        </w:rPr>
        <w:t>הקיפו את התשובה: נתיבותגשר</w:t>
      </w:r>
    </w:p>
    <w:p>
      <w:bookmarkStart w:id="132" w:name="s-b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ב׳ – הלשון של החידה</w:t>
      </w:r>
      <w:bookmarkEnd w:id="132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מתחו קו מהתמונה למילה (או כתבו את המספר):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תמונה</w:t>
            </w:r>
          </w:p>
        </w:tc>
        <w:tc>
          <w:tcPr>
            <w:tcW w:type="dxa" w:w="5103"/>
            <w:shd w:val="clear" w:color="auto" w:fill="6C3CE0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color w:val="FFFFFF"/>
                <w:sz w:val="21"/>
                <w:rtl w:val="1"/>
                <w:bCs/>
                <w:szCs w:val="21"/>
              </w:rPr>
              <w:t>מילה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1. 🏠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2. ☀️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גן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3. 🌊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בית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4. 🌳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1"/>
                <w:rtl w:val="1"/>
                <w:szCs w:val="21"/>
              </w:rPr>
              <w:t>שמש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השלימו: בית + שמש = ____________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p>
      <w:bookmarkStart w:id="133" w:name="s-c"/>
      <w:pPr>
        <w:pStyle w:val="Heading2"/>
        <w:bidi w:val="1"/>
        <w:jc w:val="right"/>
      </w:pPr>
      <w:r>
        <w:rPr>
          <w:rFonts w:ascii="Arial" w:hAnsi="Arial" w:cs="Arial" w:eastAsia="Arial"/>
          <w:b/>
          <w:sz w:val="30"/>
          <w:rtl w:val="1"/>
          <w:bCs/>
          <w:szCs w:val="30"/>
        </w:rPr>
        <w:t>חלק ג׳ – בונים חידה משלכם</w:t>
      </w:r>
      <w:bookmarkEnd w:id="133"/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בחרו יישוב (אפשר את היישוב שלכם!), פרקו את שמו לחלקים וציירו בכל משבצת: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 xml:space="preserve"> </w:t>
            </w:r>
          </w:p>
        </w:tc>
      </w:tr>
    </w:tbl>
    <w:p>
      <w:pPr>
        <w:bidi w:val="1"/>
        <w:jc w:val="right"/>
      </w:pP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התשובה: ____________________</w:t>
      </w:r>
    </w:p>
    <w:p>
      <w:pPr>
        <w:bidi w:val="1"/>
        <w:jc w:val="right"/>
      </w:pPr>
      <w:r>
        <w:rPr>
          <w:rFonts w:ascii="Arial" w:hAnsi="Arial" w:cs="Arial" w:eastAsia="Arial"/>
          <w:sz w:val="24"/>
          <w:rtl w:val="1"/>
          <w:szCs w:val="24"/>
        </w:rPr>
        <w:t>הסבירו איך בניתם את החידה:</w:t>
      </w:r>
    </w:p>
    <w:p>
      <w:pPr>
        <w:bidi w:val="1"/>
        <w:jc w:val="right"/>
      </w:pPr>
      <w:r>
        <w:rPr>
          <w:rFonts w:ascii="Arial" w:hAnsi="Arial" w:cs="Arial" w:eastAsia="Arial"/>
          <w:color w:val="999999"/>
          <w:sz w:val="24"/>
          <w:rtl w:val="1"/>
          <w:szCs w:val="24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bookmarkStart w:id="134" w:name="s-exit"/>
            <w:pPr>
              <w:bidi w:val="1"/>
              <w:jc w:val="right"/>
            </w:pPr>
            <w:r>
              <w:rPr>
                <w:rFonts w:ascii="Arial" w:hAnsi="Arial" w:cs="Arial" w:eastAsia="Arial"/>
                <w:b/>
                <w:sz w:val="26"/>
                <w:rtl w:val="1"/>
                <w:bCs/>
                <w:szCs w:val="26"/>
              </w:rPr>
              <w:t>✂ 🎫 כרטיס יציאה</w:t>
            </w:r>
            <w:bookmarkEnd w:id="134"/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1. הקיפו: 😀 היה לי קל · 🙂 בסדר · 🤔 היה קשה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sz w:val="24"/>
                <w:rtl w:val="1"/>
                <w:szCs w:val="24"/>
              </w:rPr>
              <w:t>2. איזו תמונה אהבתם?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 w:eastAsia="Arial"/>
                <w:color w:val="999999"/>
                <w:sz w:val="24"/>
                <w:rtl w:val="1"/>
                <w:szCs w:val="24"/>
              </w:rPr>
              <w:t>______________________________________________________________________</w:t>
            </w:r>
          </w:p>
        </w:tc>
      </w:tr>
    </w:tbl>
    <w:p>
      <w:pPr>
        <w:bidi w:val="1"/>
        <w:jc w:val="center"/>
      </w:pPr>
      <w:r>
        <w:rPr>
          <w:rFonts w:ascii="Arial" w:hAnsi="Arial" w:cs="Arial" w:eastAsia="Arial"/>
          <w:color w:val="888888"/>
          <w:sz w:val="18"/>
          <w:rtl w:val="1"/>
          <w:szCs w:val="18"/>
        </w:rPr>
        <w:t>יצרה: רוית ראש בן ישי · מקום בארץ – חידות תמונה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A1D99"/>
      <w:sz w:val="28"/>
      <w:szCs w:val="28"/>
      <w:rFonts w:ascii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A1D99"/>
      <w:sz w:val="26"/>
      <w:szCs w:val="26"/>
      <w:rFonts w:ascii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3A1D99"/>
      <w:rFonts w:ascii="Arial" w:hAnsi="Arial" w:cs="Ari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daf-avoda-y-c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